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A6973" w14:textId="77777777" w:rsidR="008013A1" w:rsidRDefault="00000000">
      <w:pPr>
        <w:spacing w:after="40"/>
        <w:jc w:val="center"/>
      </w:pPr>
      <w:r>
        <w:rPr>
          <w:rFonts w:ascii="Aptos Display" w:hAnsi="Aptos Display"/>
          <w:b/>
          <w:color w:val="30264F"/>
          <w:sz w:val="40"/>
        </w:rPr>
        <w:t>KITTEN ENQUIRY FORM</w:t>
      </w:r>
    </w:p>
    <w:p w14:paraId="115C433C" w14:textId="77777777" w:rsidR="008013A1" w:rsidRDefault="00000000">
      <w:pPr>
        <w:spacing w:after="160"/>
        <w:jc w:val="center"/>
      </w:pPr>
      <w:r>
        <w:rPr>
          <w:i/>
          <w:color w:val="B97898"/>
          <w:sz w:val="18"/>
        </w:rPr>
        <w:t>RiviaSphynx • Beauty • Elegance • Health</w:t>
      </w:r>
    </w:p>
    <w:tbl>
      <w:tblPr>
        <w:tblW w:w="0" w:type="auto"/>
        <w:jc w:val="center"/>
        <w:tblLook w:val="04A0" w:firstRow="1" w:lastRow="0" w:firstColumn="1" w:lastColumn="0" w:noHBand="0" w:noVBand="1"/>
      </w:tblPr>
      <w:tblGrid>
        <w:gridCol w:w="10352"/>
      </w:tblGrid>
      <w:tr w:rsidR="008013A1" w14:paraId="6E47D800" w14:textId="77777777">
        <w:trPr>
          <w:cantSplit/>
          <w:jc w:val="center"/>
        </w:trPr>
        <w:tc>
          <w:tcPr>
            <w:tcW w:w="10368" w:type="dxa"/>
            <w:tcBorders>
              <w:top w:val="single" w:sz="6" w:space="0" w:color="B97898"/>
              <w:left w:val="single" w:sz="6" w:space="0" w:color="B97898"/>
              <w:bottom w:val="single" w:sz="6" w:space="0" w:color="B97898"/>
              <w:right w:val="single" w:sz="6" w:space="0" w:color="B97898"/>
            </w:tcBorders>
            <w:shd w:val="clear" w:color="auto" w:fill="F7F2F6"/>
            <w:tcMar>
              <w:top w:w="140" w:type="dxa"/>
              <w:left w:w="150" w:type="dxa"/>
              <w:bottom w:w="140" w:type="dxa"/>
              <w:right w:w="150" w:type="dxa"/>
            </w:tcMar>
          </w:tcPr>
          <w:p w14:paraId="1B8C2233" w14:textId="77777777" w:rsidR="008013A1" w:rsidRDefault="00000000">
            <w:pPr>
              <w:jc w:val="center"/>
            </w:pPr>
            <w:r>
              <w:rPr>
                <w:b/>
                <w:color w:val="30264F"/>
                <w:sz w:val="21"/>
              </w:rPr>
              <w:t>Thank you for your interest in a RiviaSphynx kitten.</w:t>
            </w:r>
          </w:p>
          <w:p w14:paraId="6A08CA5A" w14:textId="77777777" w:rsidR="008013A1" w:rsidRDefault="00000000">
            <w:pPr>
              <w:jc w:val="center"/>
            </w:pPr>
            <w:r>
              <w:rPr>
                <w:color w:val="6B6670"/>
                <w:sz w:val="17"/>
              </w:rPr>
              <w:t>Please complete the form below so we can learn a little about you, your home and the kind of companion you are looking for. Fields can be completed directly in Microsoft Word.</w:t>
            </w:r>
          </w:p>
        </w:tc>
      </w:tr>
    </w:tbl>
    <w:p w14:paraId="55367B20" w14:textId="77777777" w:rsidR="008013A1" w:rsidRDefault="00000000">
      <w:pPr>
        <w:pStyle w:val="SectionHeading"/>
      </w:pPr>
      <w:r>
        <w:t>1. YOUR DETAILS</w:t>
      </w:r>
    </w:p>
    <w:tbl>
      <w:tblPr>
        <w:tblW w:w="0" w:type="auto"/>
        <w:jc w:val="center"/>
        <w:tblLook w:val="04A0" w:firstRow="1" w:lastRow="0" w:firstColumn="1" w:lastColumn="0" w:noHBand="0" w:noVBand="1"/>
      </w:tblPr>
      <w:tblGrid>
        <w:gridCol w:w="4070"/>
        <w:gridCol w:w="6288"/>
      </w:tblGrid>
      <w:tr w:rsidR="008013A1" w14:paraId="6E2F404D" w14:textId="77777777">
        <w:trPr>
          <w:cantSplit/>
          <w:jc w:val="center"/>
        </w:trPr>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261E4FAC" w14:textId="77777777" w:rsidR="008013A1" w:rsidRDefault="00000000">
            <w:r>
              <w:rPr>
                <w:b/>
                <w:color w:val="30264F"/>
                <w:sz w:val="18"/>
              </w:rPr>
              <w:t>Full name</w:t>
            </w:r>
            <w:r>
              <w:rPr>
                <w:b/>
                <w:color w:val="30264F"/>
                <w:sz w:val="18"/>
              </w:rPr>
              <w:br/>
            </w:r>
            <w:sdt>
              <w:sdtPr>
                <w:alias w:val="Your full name"/>
                <w:tag w:val="your_full_name"/>
                <w:id w:val="1716179269"/>
                <w:showingPlcHdr/>
                <w:text/>
              </w:sdtPr>
              <w:sdtContent>
                <w:r>
                  <w:rPr>
                    <w:color w:val="6B6670"/>
                  </w:rPr>
                  <w:t>Your full name</w:t>
                </w:r>
              </w:sdtContent>
            </w:sdt>
          </w:p>
        </w:tc>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73E3332D" w14:textId="77777777" w:rsidR="008013A1" w:rsidRDefault="00000000">
            <w:r>
              <w:rPr>
                <w:b/>
                <w:color w:val="30264F"/>
                <w:sz w:val="18"/>
              </w:rPr>
              <w:t>Preferred contact</w:t>
            </w:r>
            <w:r>
              <w:rPr>
                <w:b/>
                <w:color w:val="30264F"/>
                <w:sz w:val="18"/>
              </w:rPr>
              <w:br/>
            </w:r>
            <w:sdt>
              <w:sdtPr>
                <w:alias w:val="Email / phone"/>
                <w:tag w:val="email_phone"/>
                <w:id w:val="761329629"/>
                <w:showingPlcHdr/>
                <w:text/>
              </w:sdtPr>
              <w:sdtContent>
                <w:r>
                  <w:rPr>
                    <w:color w:val="6B6670"/>
                  </w:rPr>
                  <w:t>Email / phone</w:t>
                </w:r>
              </w:sdtContent>
            </w:sdt>
          </w:p>
        </w:tc>
      </w:tr>
      <w:tr w:rsidR="008013A1" w14:paraId="62121AEC" w14:textId="77777777">
        <w:trPr>
          <w:cantSplit/>
          <w:jc w:val="center"/>
        </w:trPr>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25C2CD06" w14:textId="77777777" w:rsidR="008013A1" w:rsidRDefault="00000000">
            <w:r>
              <w:rPr>
                <w:b/>
                <w:color w:val="30264F"/>
                <w:sz w:val="18"/>
              </w:rPr>
              <w:t>Email address</w:t>
            </w:r>
            <w:r>
              <w:rPr>
                <w:b/>
                <w:color w:val="30264F"/>
                <w:sz w:val="18"/>
              </w:rPr>
              <w:br/>
            </w:r>
            <w:sdt>
              <w:sdtPr>
                <w:alias w:val="Your email address"/>
                <w:tag w:val="your_email_address"/>
                <w:id w:val="454860474"/>
                <w:showingPlcHdr/>
                <w:text/>
              </w:sdtPr>
              <w:sdtContent>
                <w:r>
                  <w:rPr>
                    <w:color w:val="6B6670"/>
                  </w:rPr>
                  <w:t>Your email address</w:t>
                </w:r>
              </w:sdtContent>
            </w:sdt>
          </w:p>
        </w:tc>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3D402D2E" w14:textId="77777777" w:rsidR="008013A1" w:rsidRDefault="00000000">
            <w:r>
              <w:rPr>
                <w:b/>
                <w:color w:val="30264F"/>
                <w:sz w:val="18"/>
              </w:rPr>
              <w:t>Phone number</w:t>
            </w:r>
            <w:r>
              <w:rPr>
                <w:b/>
                <w:color w:val="30264F"/>
                <w:sz w:val="18"/>
              </w:rPr>
              <w:br/>
            </w:r>
            <w:sdt>
              <w:sdtPr>
                <w:alias w:val="Your phone number"/>
                <w:tag w:val="your_phone_number"/>
                <w:id w:val="1199207362"/>
                <w:showingPlcHdr/>
                <w:text/>
              </w:sdtPr>
              <w:sdtContent>
                <w:r>
                  <w:rPr>
                    <w:color w:val="6B6670"/>
                  </w:rPr>
                  <w:t>Your phone number</w:t>
                </w:r>
              </w:sdtContent>
            </w:sdt>
          </w:p>
        </w:tc>
      </w:tr>
      <w:tr w:rsidR="008013A1" w14:paraId="7C8EF2A0"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6B9FA813" w14:textId="77777777" w:rsidR="008013A1" w:rsidRDefault="00000000">
            <w:r>
              <w:rPr>
                <w:b/>
                <w:color w:val="30264F"/>
                <w:sz w:val="19"/>
              </w:rPr>
              <w:t>Address</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66FFC0A9" w14:textId="77777777" w:rsidR="008013A1" w:rsidRDefault="00000000">
            <w:sdt>
              <w:sdtPr>
                <w:alias w:val="Street, town/city, postcode"/>
                <w:tag w:val="street_town_city_postcode"/>
                <w:id w:val="1071903571"/>
                <w:showingPlcHdr/>
                <w:text/>
              </w:sdtPr>
              <w:sdtContent>
                <w:r>
                  <w:rPr>
                    <w:color w:val="6B6670"/>
                  </w:rPr>
                  <w:t>Street, town/city, postcode</w:t>
                </w:r>
              </w:sdtContent>
            </w:sdt>
          </w:p>
        </w:tc>
      </w:tr>
      <w:tr w:rsidR="008013A1" w14:paraId="343F0C1D"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12FEDF29" w14:textId="77777777" w:rsidR="008013A1" w:rsidRDefault="00000000">
            <w:r>
              <w:rPr>
                <w:b/>
                <w:color w:val="30264F"/>
                <w:sz w:val="19"/>
              </w:rPr>
              <w:t>Country</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56C3E542" w14:textId="77777777" w:rsidR="008013A1" w:rsidRDefault="00000000">
            <w:sdt>
              <w:sdtPr>
                <w:alias w:val="Country of residence"/>
                <w:tag w:val="country_of_residence"/>
                <w:id w:val="252595822"/>
                <w:showingPlcHdr/>
                <w:text/>
              </w:sdtPr>
              <w:sdtContent>
                <w:r>
                  <w:rPr>
                    <w:color w:val="6B6670"/>
                  </w:rPr>
                  <w:t>Country of residence</w:t>
                </w:r>
              </w:sdtContent>
            </w:sdt>
          </w:p>
        </w:tc>
      </w:tr>
    </w:tbl>
    <w:p w14:paraId="71C08707" w14:textId="77777777" w:rsidR="008013A1" w:rsidRDefault="00000000">
      <w:pPr>
        <w:pStyle w:val="SectionHeading"/>
      </w:pPr>
      <w:r>
        <w:t>2. KITTEN ENQUIRY</w:t>
      </w:r>
    </w:p>
    <w:tbl>
      <w:tblPr>
        <w:tblW w:w="0" w:type="auto"/>
        <w:jc w:val="center"/>
        <w:tblLook w:val="04A0" w:firstRow="1" w:lastRow="0" w:firstColumn="1" w:lastColumn="0" w:noHBand="0" w:noVBand="1"/>
      </w:tblPr>
      <w:tblGrid>
        <w:gridCol w:w="4061"/>
        <w:gridCol w:w="6297"/>
      </w:tblGrid>
      <w:tr w:rsidR="008013A1" w14:paraId="14144F9C" w14:textId="77777777">
        <w:trPr>
          <w:cantSplit/>
          <w:jc w:val="center"/>
        </w:trPr>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0209173A" w14:textId="77777777" w:rsidR="008013A1" w:rsidRDefault="00000000">
            <w:r>
              <w:rPr>
                <w:b/>
                <w:color w:val="30264F"/>
                <w:sz w:val="18"/>
              </w:rPr>
              <w:t>Kitten gender</w:t>
            </w:r>
            <w:r>
              <w:rPr>
                <w:b/>
                <w:color w:val="30264F"/>
                <w:sz w:val="18"/>
              </w:rPr>
              <w:br/>
            </w:r>
            <w:sdt>
              <w:sdtPr>
                <w:alias w:val="Your preference"/>
                <w:tag w:val="your_preference"/>
                <w:id w:val="894769817"/>
                <w:showingPlcHdr/>
                <w:text/>
              </w:sdtPr>
              <w:sdtContent>
                <w:r>
                  <w:rPr>
                    <w:color w:val="6B6670"/>
                  </w:rPr>
                  <w:t>Your preference</w:t>
                </w:r>
              </w:sdtContent>
            </w:sdt>
          </w:p>
        </w:tc>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31CCACF7" w14:textId="77777777" w:rsidR="008013A1" w:rsidRDefault="00000000">
            <w:r>
              <w:rPr>
                <w:b/>
                <w:color w:val="30264F"/>
                <w:sz w:val="18"/>
              </w:rPr>
              <w:t>Colour / pattern</w:t>
            </w:r>
            <w:r>
              <w:rPr>
                <w:b/>
                <w:color w:val="30264F"/>
                <w:sz w:val="18"/>
              </w:rPr>
              <w:br/>
            </w:r>
            <w:sdt>
              <w:sdtPr>
                <w:alias w:val="Your preference"/>
                <w:tag w:val="your_preference"/>
                <w:id w:val="1417902631"/>
                <w:showingPlcHdr/>
                <w:text/>
              </w:sdtPr>
              <w:sdtContent>
                <w:r>
                  <w:rPr>
                    <w:color w:val="6B6670"/>
                  </w:rPr>
                  <w:t>Your preference</w:t>
                </w:r>
              </w:sdtContent>
            </w:sdt>
          </w:p>
        </w:tc>
      </w:tr>
      <w:tr w:rsidR="008013A1" w14:paraId="53AE5CEB" w14:textId="77777777">
        <w:trPr>
          <w:cantSplit/>
          <w:jc w:val="center"/>
        </w:trPr>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6A3ECFE9" w14:textId="77777777" w:rsidR="008013A1" w:rsidRDefault="00000000">
            <w:r>
              <w:rPr>
                <w:b/>
                <w:color w:val="30264F"/>
                <w:sz w:val="18"/>
              </w:rPr>
              <w:t>Age preference</w:t>
            </w:r>
            <w:r>
              <w:rPr>
                <w:b/>
                <w:color w:val="30264F"/>
                <w:sz w:val="18"/>
              </w:rPr>
              <w:br/>
            </w:r>
            <w:sdt>
              <w:sdtPr>
                <w:alias w:val="Age / availability"/>
                <w:tag w:val="age_availability"/>
                <w:id w:val="1716354690"/>
                <w:showingPlcHdr/>
                <w:text/>
              </w:sdtPr>
              <w:sdtContent>
                <w:r>
                  <w:rPr>
                    <w:color w:val="6B6670"/>
                  </w:rPr>
                  <w:t>Age / availability</w:t>
                </w:r>
              </w:sdtContent>
            </w:sdt>
          </w:p>
        </w:tc>
        <w:tc>
          <w:tcPr>
            <w:tcW w:w="518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06BB1F59" w14:textId="77777777" w:rsidR="008013A1" w:rsidRDefault="00000000">
            <w:r>
              <w:rPr>
                <w:b/>
                <w:color w:val="30264F"/>
                <w:sz w:val="18"/>
              </w:rPr>
              <w:t>Pet name ideas</w:t>
            </w:r>
            <w:r>
              <w:rPr>
                <w:b/>
                <w:color w:val="30264F"/>
                <w:sz w:val="18"/>
              </w:rPr>
              <w:br/>
            </w:r>
            <w:sdt>
              <w:sdtPr>
                <w:alias w:val="Optional"/>
                <w:tag w:val="optional"/>
                <w:id w:val="53516147"/>
                <w:showingPlcHdr/>
                <w:text/>
              </w:sdtPr>
              <w:sdtContent>
                <w:r>
                  <w:rPr>
                    <w:color w:val="6B6670"/>
                  </w:rPr>
                  <w:t>Optional</w:t>
                </w:r>
              </w:sdtContent>
            </w:sdt>
          </w:p>
        </w:tc>
      </w:tr>
      <w:tr w:rsidR="008013A1" w14:paraId="6C4ACF3C"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632F7710" w14:textId="77777777" w:rsidR="008013A1" w:rsidRDefault="00000000">
            <w:r>
              <w:rPr>
                <w:b/>
                <w:color w:val="30264F"/>
                <w:sz w:val="19"/>
              </w:rPr>
              <w:t>What are you looking for?</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2EF79CE5" w14:textId="77777777" w:rsidR="008013A1" w:rsidRDefault="00000000">
            <w:pPr>
              <w:spacing w:after="400"/>
            </w:pPr>
            <w:sdt>
              <w:sdtPr>
                <w:alias w:val="Tell us about the personality, traits or"/>
                <w:tag w:val="tell_us_about_the_personality_traits_or_"/>
                <w:id w:val="618997378"/>
                <w:showingPlcHdr/>
                <w:text w:multiLine="1"/>
              </w:sdtPr>
              <w:sdtContent>
                <w:r>
                  <w:rPr>
                    <w:color w:val="6B6670"/>
                  </w:rPr>
                  <w:t>Tell us about the personality, traits or characteristics you would love in your kitten.</w:t>
                </w:r>
              </w:sdtContent>
            </w:sdt>
          </w:p>
        </w:tc>
      </w:tr>
    </w:tbl>
    <w:p w14:paraId="0CFD2D08" w14:textId="77777777" w:rsidR="008013A1" w:rsidRDefault="00000000">
      <w:pPr>
        <w:pStyle w:val="SmallNote"/>
      </w:pPr>
      <w:r>
        <w:t>Please note: preferences are considered alongside kitten welfare, temperament, health and suitability. We may recommend a kitten whose needs and personality are the best match for your home.</w:t>
      </w:r>
    </w:p>
    <w:p w14:paraId="67B545AD" w14:textId="77777777" w:rsidR="008013A1" w:rsidRDefault="00000000">
      <w:pPr>
        <w:pStyle w:val="SectionHeading"/>
      </w:pPr>
      <w:r>
        <w:t>3. YOUR HOME &amp; LIFESTYLE</w:t>
      </w:r>
    </w:p>
    <w:p w14:paraId="303ED969" w14:textId="77777777" w:rsidR="008013A1" w:rsidRDefault="00000000">
      <w:r>
        <w:rPr>
          <w:b/>
        </w:rPr>
        <w:t xml:space="preserve">Home type: </w:t>
      </w:r>
      <w:sdt>
        <w:sdtPr>
          <w:alias w:val="House"/>
          <w:tag w:val="house"/>
          <w:id w:val="1131198533"/>
          <w14:checkbox>
            <w14:checked w14:val="0"/>
            <w14:checkedState w14:val="2612" w14:font="MS Gothic"/>
            <w14:uncheckedState w14:val="2610" w14:font="MS Gothic"/>
          </w14:checkbox>
        </w:sdtPr>
        <w:sdtContent>
          <w:r>
            <w:t>☐</w:t>
          </w:r>
        </w:sdtContent>
      </w:sdt>
      <w:r>
        <w:rPr>
          <w:sz w:val="19"/>
        </w:rPr>
        <w:t xml:space="preserve"> House</w:t>
      </w:r>
      <w:sdt>
        <w:sdtPr>
          <w:alias w:val="Flat / apartment"/>
          <w:tag w:val="flat_apartment"/>
          <w:id w:val="1136992272"/>
          <w14:checkbox>
            <w14:checked w14:val="0"/>
            <w14:checkedState w14:val="2612" w14:font="MS Gothic"/>
            <w14:uncheckedState w14:val="2610" w14:font="MS Gothic"/>
          </w14:checkbox>
        </w:sdtPr>
        <w:sdtContent>
          <w:r>
            <w:t>☐</w:t>
          </w:r>
        </w:sdtContent>
      </w:sdt>
      <w:r>
        <w:rPr>
          <w:sz w:val="19"/>
        </w:rPr>
        <w:t xml:space="preserve"> Flat / apartment</w:t>
      </w:r>
      <w:sdt>
        <w:sdtPr>
          <w:alias w:val="Other"/>
          <w:tag w:val="other"/>
          <w:id w:val="1021778609"/>
          <w14:checkbox>
            <w14:checked w14:val="0"/>
            <w14:checkedState w14:val="2612" w14:font="MS Gothic"/>
            <w14:uncheckedState w14:val="2610" w14:font="MS Gothic"/>
          </w14:checkbox>
        </w:sdtPr>
        <w:sdtContent>
          <w:r>
            <w:t>☐</w:t>
          </w:r>
        </w:sdtContent>
      </w:sdt>
      <w:r>
        <w:rPr>
          <w:sz w:val="19"/>
        </w:rPr>
        <w:t xml:space="preserve"> Other</w:t>
      </w:r>
    </w:p>
    <w:p w14:paraId="762769A2" w14:textId="77777777" w:rsidR="008013A1" w:rsidRDefault="00000000">
      <w:r>
        <w:rPr>
          <w:b/>
        </w:rPr>
        <w:t xml:space="preserve">Who lives in your home? </w:t>
      </w:r>
      <w:sdt>
        <w:sdtPr>
          <w:alias w:val="Adults"/>
          <w:tag w:val="adults"/>
          <w:id w:val="532464150"/>
          <w14:checkbox>
            <w14:checked w14:val="0"/>
            <w14:checkedState w14:val="2612" w14:font="MS Gothic"/>
            <w14:uncheckedState w14:val="2610" w14:font="MS Gothic"/>
          </w14:checkbox>
        </w:sdtPr>
        <w:sdtContent>
          <w:r>
            <w:t>☐</w:t>
          </w:r>
        </w:sdtContent>
      </w:sdt>
      <w:r>
        <w:rPr>
          <w:sz w:val="19"/>
        </w:rPr>
        <w:t xml:space="preserve"> Adults</w:t>
      </w:r>
      <w:sdt>
        <w:sdtPr>
          <w:alias w:val="Children"/>
          <w:tag w:val="children"/>
          <w:id w:val="1842341131"/>
          <w14:checkbox>
            <w14:checked w14:val="0"/>
            <w14:checkedState w14:val="2612" w14:font="MS Gothic"/>
            <w14:uncheckedState w14:val="2610" w14:font="MS Gothic"/>
          </w14:checkbox>
        </w:sdtPr>
        <w:sdtContent>
          <w:r>
            <w:t>☐</w:t>
          </w:r>
        </w:sdtContent>
      </w:sdt>
      <w:r>
        <w:rPr>
          <w:sz w:val="19"/>
        </w:rPr>
        <w:t xml:space="preserve"> Children</w:t>
      </w:r>
      <w:sdt>
        <w:sdtPr>
          <w:alias w:val="Other pets"/>
          <w:tag w:val="other_pets"/>
          <w:id w:val="1633778887"/>
          <w14:checkbox>
            <w14:checked w14:val="0"/>
            <w14:checkedState w14:val="2612" w14:font="MS Gothic"/>
            <w14:uncheckedState w14:val="2610" w14:font="MS Gothic"/>
          </w14:checkbox>
        </w:sdtPr>
        <w:sdtContent>
          <w:r>
            <w:t>☐</w:t>
          </w:r>
        </w:sdtContent>
      </w:sdt>
      <w:r>
        <w:rPr>
          <w:sz w:val="19"/>
        </w:rPr>
        <w:t xml:space="preserve"> Other pets</w:t>
      </w:r>
    </w:p>
    <w:p w14:paraId="610C598B" w14:textId="77777777" w:rsidR="008013A1" w:rsidRDefault="00000000">
      <w:r>
        <w:rPr>
          <w:b/>
        </w:rPr>
        <w:t xml:space="preserve">Outdoor access planned? </w:t>
      </w:r>
      <w:sdt>
        <w:sdtPr>
          <w:alias w:val="No"/>
          <w:tag w:val="no"/>
          <w:id w:val="271989634"/>
          <w14:checkbox>
            <w14:checked w14:val="0"/>
            <w14:checkedState w14:val="2612" w14:font="MS Gothic"/>
            <w14:uncheckedState w14:val="2610" w14:font="MS Gothic"/>
          </w14:checkbox>
        </w:sdtPr>
        <w:sdtContent>
          <w:r>
            <w:t>☐</w:t>
          </w:r>
        </w:sdtContent>
      </w:sdt>
      <w:r>
        <w:rPr>
          <w:sz w:val="19"/>
        </w:rPr>
        <w:t xml:space="preserve"> No</w:t>
      </w:r>
      <w:sdt>
        <w:sdtPr>
          <w:alias w:val="Secure catio / enclosed area"/>
          <w:tag w:val="secure_catio_enclosed_area"/>
          <w:id w:val="663351096"/>
          <w14:checkbox>
            <w14:checked w14:val="0"/>
            <w14:checkedState w14:val="2612" w14:font="MS Gothic"/>
            <w14:uncheckedState w14:val="2610" w14:font="MS Gothic"/>
          </w14:checkbox>
        </w:sdtPr>
        <w:sdtContent>
          <w:r>
            <w:t>☐</w:t>
          </w:r>
        </w:sdtContent>
      </w:sdt>
      <w:r>
        <w:rPr>
          <w:sz w:val="19"/>
        </w:rPr>
        <w:t xml:space="preserve"> Secure catio / enclosed area</w:t>
      </w:r>
      <w:sdt>
        <w:sdtPr>
          <w:alias w:val="Supervised outdoor access"/>
          <w:tag w:val="supervised_outdoor_access"/>
          <w:id w:val="470322971"/>
          <w14:checkbox>
            <w14:checked w14:val="0"/>
            <w14:checkedState w14:val="2612" w14:font="MS Gothic"/>
            <w14:uncheckedState w14:val="2610" w14:font="MS Gothic"/>
          </w14:checkbox>
        </w:sdtPr>
        <w:sdtContent>
          <w:r>
            <w:t>☐</w:t>
          </w:r>
        </w:sdtContent>
      </w:sdt>
      <w:r>
        <w:rPr>
          <w:sz w:val="19"/>
        </w:rPr>
        <w:t xml:space="preserve"> Supervised outdoor access</w:t>
      </w:r>
    </w:p>
    <w:tbl>
      <w:tblPr>
        <w:tblW w:w="0" w:type="auto"/>
        <w:jc w:val="center"/>
        <w:tblLook w:val="04A0" w:firstRow="1" w:lastRow="0" w:firstColumn="1" w:lastColumn="0" w:noHBand="0" w:noVBand="1"/>
      </w:tblPr>
      <w:tblGrid>
        <w:gridCol w:w="2349"/>
        <w:gridCol w:w="8009"/>
      </w:tblGrid>
      <w:tr w:rsidR="008013A1" w14:paraId="78BEE5CA"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31D426B4" w14:textId="77777777" w:rsidR="008013A1" w:rsidRDefault="00000000">
            <w:r>
              <w:rPr>
                <w:b/>
                <w:color w:val="30264F"/>
                <w:sz w:val="19"/>
              </w:rPr>
              <w:lastRenderedPageBreak/>
              <w:t>Daily routine</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32DD8EE0" w14:textId="77777777" w:rsidR="008013A1" w:rsidRDefault="00000000">
            <w:pPr>
              <w:spacing w:after="400"/>
            </w:pPr>
            <w:sdt>
              <w:sdtPr>
                <w:alias w:val="Describe a typical day for you and how m"/>
                <w:tag w:val="describe_a_typical_day_for_you_and_how_m"/>
                <w:id w:val="569678398"/>
                <w:showingPlcHdr/>
                <w:text w:multiLine="1"/>
              </w:sdtPr>
              <w:sdtContent>
                <w:r>
                  <w:rPr>
                    <w:color w:val="6B6670"/>
                  </w:rPr>
                  <w:t>Describe a typical day for you and how much time your kitten would have with you.</w:t>
                </w:r>
              </w:sdtContent>
            </w:sdt>
          </w:p>
        </w:tc>
      </w:tr>
      <w:tr w:rsidR="008013A1" w14:paraId="48158F76"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4E825BFC" w14:textId="77777777" w:rsidR="008013A1" w:rsidRDefault="00000000">
            <w:r>
              <w:rPr>
                <w:b/>
                <w:color w:val="30264F"/>
                <w:sz w:val="19"/>
              </w:rPr>
              <w:t>Other pets</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7A0FB812" w14:textId="77777777" w:rsidR="008013A1" w:rsidRDefault="00000000">
            <w:pPr>
              <w:spacing w:after="400"/>
            </w:pPr>
            <w:sdt>
              <w:sdtPr>
                <w:alias w:val="Please tell us about any cats, dogs or o"/>
                <w:tag w:val="please_tell_us_about_any_cats_dogs_or_ot"/>
                <w:id w:val="1596166366"/>
                <w:showingPlcHdr/>
                <w:text w:multiLine="1"/>
              </w:sdtPr>
              <w:sdtContent>
                <w:r>
                  <w:rPr>
                    <w:color w:val="6B6670"/>
                  </w:rPr>
                  <w:t>Please tell us about any cats, dogs or other pets in the household, including ages and temperaments.</w:t>
                </w:r>
              </w:sdtContent>
            </w:sdt>
          </w:p>
        </w:tc>
      </w:tr>
      <w:tr w:rsidR="008013A1" w14:paraId="01EBF205"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7E2D84B2" w14:textId="77777777" w:rsidR="008013A1" w:rsidRDefault="00000000">
            <w:r>
              <w:rPr>
                <w:b/>
                <w:color w:val="30264F"/>
                <w:sz w:val="19"/>
              </w:rPr>
              <w:t>Children</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334890E8" w14:textId="77777777" w:rsidR="008013A1" w:rsidRDefault="00000000">
            <w:pPr>
              <w:spacing w:after="400"/>
            </w:pPr>
            <w:sdt>
              <w:sdtPr>
                <w:alias w:val="If applicable, please tell us the ages o"/>
                <w:tag w:val="if_applicable_please_tell_us_the_ages_of"/>
                <w:id w:val="428386924"/>
                <w:showingPlcHdr/>
                <w:text w:multiLine="1"/>
              </w:sdtPr>
              <w:sdtContent>
                <w:r>
                  <w:rPr>
                    <w:color w:val="6B6670"/>
                  </w:rPr>
                  <w:t>If applicable, please tell us the ages of children and their experience with animals.</w:t>
                </w:r>
              </w:sdtContent>
            </w:sdt>
          </w:p>
        </w:tc>
      </w:tr>
    </w:tbl>
    <w:p w14:paraId="53B06635" w14:textId="77777777" w:rsidR="008013A1" w:rsidRDefault="00000000">
      <w:pPr>
        <w:pStyle w:val="SectionHeading"/>
      </w:pPr>
      <w:r>
        <w:t>4. CAT EXPERIENCE &amp; CARE</w:t>
      </w:r>
    </w:p>
    <w:tbl>
      <w:tblPr>
        <w:tblW w:w="0" w:type="auto"/>
        <w:jc w:val="center"/>
        <w:tblLook w:val="04A0" w:firstRow="1" w:lastRow="0" w:firstColumn="1" w:lastColumn="0" w:noHBand="0" w:noVBand="1"/>
      </w:tblPr>
      <w:tblGrid>
        <w:gridCol w:w="2353"/>
        <w:gridCol w:w="8005"/>
      </w:tblGrid>
      <w:tr w:rsidR="008013A1" w14:paraId="363E667E"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314DE888" w14:textId="77777777" w:rsidR="008013A1" w:rsidRDefault="00000000">
            <w:r>
              <w:rPr>
                <w:b/>
                <w:color w:val="30264F"/>
                <w:sz w:val="19"/>
              </w:rPr>
              <w:t>Previous experience</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14DE7BC1" w14:textId="77777777" w:rsidR="008013A1" w:rsidRDefault="00000000">
            <w:pPr>
              <w:spacing w:after="400"/>
            </w:pPr>
            <w:sdt>
              <w:sdtPr>
                <w:alias w:val="Tell us about any previous experience yo"/>
                <w:tag w:val="tell_us_about_any_previous_experience_yo"/>
                <w:id w:val="829607348"/>
                <w:showingPlcHdr/>
                <w:text w:multiLine="1"/>
              </w:sdtPr>
              <w:sdtContent>
                <w:r>
                  <w:rPr>
                    <w:color w:val="6B6670"/>
                  </w:rPr>
                  <w:t>Tell us about any previous experience you have had with cats, including hairless breeds.</w:t>
                </w:r>
              </w:sdtContent>
            </w:sdt>
          </w:p>
        </w:tc>
      </w:tr>
      <w:tr w:rsidR="008013A1" w14:paraId="0957AD3C"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12EEBF47" w14:textId="77777777" w:rsidR="008013A1" w:rsidRDefault="00000000">
            <w:r>
              <w:rPr>
                <w:b/>
                <w:color w:val="30264F"/>
                <w:sz w:val="19"/>
              </w:rPr>
              <w:t>Veterinary care</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6C2CAF8D" w14:textId="77777777" w:rsidR="008013A1" w:rsidRDefault="00000000">
            <w:pPr>
              <w:spacing w:after="400"/>
            </w:pPr>
            <w:sdt>
              <w:sdtPr>
                <w:alias w:val="Which veterinary practice would you use,"/>
                <w:tag w:val="which_veterinary_practice_would_you_use_"/>
                <w:id w:val="540791230"/>
                <w:showingPlcHdr/>
                <w:text w:multiLine="1"/>
              </w:sdtPr>
              <w:sdtContent>
                <w:r>
                  <w:rPr>
                    <w:color w:val="6B6670"/>
                  </w:rPr>
                  <w:t>Which veterinary practice would you use, and how will routine / emergency care be managed?</w:t>
                </w:r>
              </w:sdtContent>
            </w:sdt>
          </w:p>
        </w:tc>
      </w:tr>
      <w:tr w:rsidR="008013A1" w14:paraId="0D584028"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039D97C4" w14:textId="77777777" w:rsidR="008013A1" w:rsidRDefault="00000000">
            <w:r>
              <w:rPr>
                <w:b/>
                <w:color w:val="30264F"/>
                <w:sz w:val="19"/>
              </w:rPr>
              <w:t>Diet &amp; grooming</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4FD3D9D2" w14:textId="77777777" w:rsidR="008013A1" w:rsidRDefault="00000000">
            <w:pPr>
              <w:spacing w:after="400"/>
            </w:pPr>
            <w:sdt>
              <w:sdtPr>
                <w:alias w:val="Tell us what you understand about Sphynx"/>
                <w:tag w:val="tell_us_what_you_understand_about_sphynx"/>
                <w:id w:val="380123055"/>
                <w:showingPlcHdr/>
                <w:text w:multiLine="1"/>
              </w:sdtPr>
              <w:sdtContent>
                <w:r>
                  <w:rPr>
                    <w:color w:val="6B6670"/>
                  </w:rPr>
                  <w:t>Tell us what you understand about Sphynx nutrition, skin care, bathing and general maintenance.</w:t>
                </w:r>
              </w:sdtContent>
            </w:sdt>
          </w:p>
        </w:tc>
      </w:tr>
      <w:tr w:rsidR="008013A1" w14:paraId="113B6AF9"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0DA20378" w14:textId="77777777" w:rsidR="008013A1" w:rsidRDefault="00000000">
            <w:r>
              <w:rPr>
                <w:b/>
                <w:color w:val="30264F"/>
                <w:sz w:val="19"/>
              </w:rPr>
              <w:t>Travel / holidays</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1B6BCA45" w14:textId="77777777" w:rsidR="008013A1" w:rsidRDefault="00000000">
            <w:pPr>
              <w:spacing w:after="400"/>
            </w:pPr>
            <w:sdt>
              <w:sdtPr>
                <w:alias w:val="What arrangements would you make for you"/>
                <w:tag w:val="what_arrangements_would_you_make_for_you"/>
                <w:id w:val="642712851"/>
                <w:showingPlcHdr/>
                <w:text w:multiLine="1"/>
              </w:sdtPr>
              <w:sdtContent>
                <w:r>
                  <w:rPr>
                    <w:color w:val="6B6670"/>
                  </w:rPr>
                  <w:t>What arrangements would you make for your kitten if you travel or go on holiday?</w:t>
                </w:r>
              </w:sdtContent>
            </w:sdt>
          </w:p>
        </w:tc>
      </w:tr>
    </w:tbl>
    <w:p w14:paraId="2F8384E3" w14:textId="77777777" w:rsidR="008013A1" w:rsidRDefault="00000000">
      <w:pPr>
        <w:pStyle w:val="SectionHeading"/>
      </w:pPr>
      <w:r>
        <w:t>5. COMMITMENT &amp; EXPECTATIONS</w:t>
      </w:r>
    </w:p>
    <w:tbl>
      <w:tblPr>
        <w:tblW w:w="0" w:type="auto"/>
        <w:jc w:val="center"/>
        <w:tblLook w:val="04A0" w:firstRow="1" w:lastRow="0" w:firstColumn="1" w:lastColumn="0" w:noHBand="0" w:noVBand="1"/>
      </w:tblPr>
      <w:tblGrid>
        <w:gridCol w:w="2351"/>
        <w:gridCol w:w="8007"/>
      </w:tblGrid>
      <w:tr w:rsidR="008013A1" w14:paraId="6E322E6D"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638DB54E" w14:textId="77777777" w:rsidR="008013A1" w:rsidRDefault="00000000">
            <w:r>
              <w:rPr>
                <w:b/>
                <w:color w:val="30264F"/>
                <w:sz w:val="19"/>
              </w:rPr>
              <w:t>Why Sphynx?</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4E715E0E" w14:textId="77777777" w:rsidR="008013A1" w:rsidRDefault="00000000">
            <w:pPr>
              <w:spacing w:after="400"/>
            </w:pPr>
            <w:sdt>
              <w:sdtPr>
                <w:alias w:val="What attracts you to the Sphynx breed, a"/>
                <w:tag w:val="what_attracts_you_to_the_sphynx_breed_an"/>
                <w:id w:val="296138319"/>
                <w:showingPlcHdr/>
                <w:text w:multiLine="1"/>
              </w:sdtPr>
              <w:sdtContent>
                <w:r>
                  <w:rPr>
                    <w:color w:val="6B6670"/>
                  </w:rPr>
                  <w:t>What attracts you to the Sphynx breed, and why do you feel it is right for your household?</w:t>
                </w:r>
              </w:sdtContent>
            </w:sdt>
          </w:p>
        </w:tc>
      </w:tr>
      <w:tr w:rsidR="008013A1" w14:paraId="7A88AA4A"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162C08A8" w14:textId="77777777" w:rsidR="008013A1" w:rsidRDefault="00000000">
            <w:r>
              <w:rPr>
                <w:b/>
                <w:color w:val="30264F"/>
                <w:sz w:val="19"/>
              </w:rPr>
              <w:t>Long-term plans</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3254CEA7" w14:textId="77777777" w:rsidR="008013A1" w:rsidRDefault="00000000">
            <w:pPr>
              <w:spacing w:after="400"/>
            </w:pPr>
            <w:sdt>
              <w:sdtPr>
                <w:alias w:val="Please describe your plans for your kitt"/>
                <w:tag w:val="please_describe_your_plans_for_your_kitt"/>
                <w:id w:val="292773073"/>
                <w:showingPlcHdr/>
                <w:text w:multiLine="1"/>
              </w:sdtPr>
              <w:sdtContent>
                <w:r>
                  <w:rPr>
                    <w:color w:val="6B6670"/>
                  </w:rPr>
                  <w:t>Please describe your plans for your kitten over their lifetime, including housing and companionship.</w:t>
                </w:r>
              </w:sdtContent>
            </w:sdt>
          </w:p>
        </w:tc>
      </w:tr>
      <w:tr w:rsidR="008013A1" w14:paraId="75002AF5" w14:textId="77777777">
        <w:trPr>
          <w:cantSplit/>
          <w:jc w:val="center"/>
        </w:trPr>
        <w:tc>
          <w:tcPr>
            <w:tcW w:w="2376" w:type="dxa"/>
            <w:tcBorders>
              <w:top w:val="single" w:sz="4" w:space="0" w:color="D9CED8"/>
              <w:left w:val="single" w:sz="4" w:space="0" w:color="D9CED8"/>
              <w:bottom w:val="single" w:sz="4" w:space="0" w:color="D9CED8"/>
              <w:right w:val="single" w:sz="4" w:space="0" w:color="D9CED8"/>
            </w:tcBorders>
            <w:shd w:val="clear" w:color="auto" w:fill="F7F2F6"/>
            <w:tcMar>
              <w:top w:w="90" w:type="dxa"/>
              <w:left w:w="110" w:type="dxa"/>
              <w:bottom w:w="90" w:type="dxa"/>
              <w:right w:w="110" w:type="dxa"/>
            </w:tcMar>
            <w:vAlign w:val="center"/>
          </w:tcPr>
          <w:p w14:paraId="67F9DFFA" w14:textId="77777777" w:rsidR="008013A1" w:rsidRDefault="00000000">
            <w:r>
              <w:rPr>
                <w:b/>
                <w:color w:val="30264F"/>
                <w:sz w:val="19"/>
              </w:rPr>
              <w:t>Questions for us</w:t>
            </w:r>
          </w:p>
        </w:tc>
        <w:tc>
          <w:tcPr>
            <w:tcW w:w="8136" w:type="dxa"/>
            <w:tcBorders>
              <w:top w:val="single" w:sz="4" w:space="0" w:color="D9CED8"/>
              <w:left w:val="single" w:sz="4" w:space="0" w:color="D9CED8"/>
              <w:bottom w:val="single" w:sz="4" w:space="0" w:color="D9CED8"/>
              <w:right w:val="single" w:sz="4" w:space="0" w:color="D9CED8"/>
            </w:tcBorders>
            <w:tcMar>
              <w:top w:w="90" w:type="dxa"/>
              <w:left w:w="110" w:type="dxa"/>
              <w:bottom w:w="90" w:type="dxa"/>
              <w:right w:w="110" w:type="dxa"/>
            </w:tcMar>
            <w:vAlign w:val="center"/>
          </w:tcPr>
          <w:p w14:paraId="781266D6" w14:textId="77777777" w:rsidR="008013A1" w:rsidRDefault="00000000">
            <w:pPr>
              <w:spacing w:after="400"/>
            </w:pPr>
            <w:sdt>
              <w:sdtPr>
                <w:alias w:val="What would you like to know about RiviaS"/>
                <w:tag w:val="what_would_you_like_to_know_about_rivias"/>
                <w:id w:val="1937085524"/>
                <w:showingPlcHdr/>
                <w:text w:multiLine="1"/>
              </w:sdtPr>
              <w:sdtContent>
                <w:r>
                  <w:rPr>
                    <w:color w:val="6B6670"/>
                  </w:rPr>
                  <w:t>What would you like to know about RiviaSphynx, our kittens, health, care or the adoption process?</w:t>
                </w:r>
              </w:sdtContent>
            </w:sdt>
          </w:p>
        </w:tc>
      </w:tr>
    </w:tbl>
    <w:p w14:paraId="227CE5BA" w14:textId="5762C197" w:rsidR="008013A1" w:rsidRDefault="00000000">
      <w:pPr>
        <w:pStyle w:val="SectionHeading"/>
      </w:pPr>
      <w:r>
        <w:t>5A. GDPR &amp; PRIVACY</w:t>
      </w:r>
      <w:r w:rsidR="0066472A">
        <w:t xml:space="preserve"> POLICY</w:t>
      </w:r>
    </w:p>
    <w:tbl>
      <w:tblPr>
        <w:tblW w:w="0" w:type="auto"/>
        <w:tblLook w:val="04A0" w:firstRow="1" w:lastRow="0" w:firstColumn="1" w:lastColumn="0" w:noHBand="0" w:noVBand="1"/>
      </w:tblPr>
      <w:tblGrid>
        <w:gridCol w:w="10352"/>
      </w:tblGrid>
      <w:tr w:rsidR="008013A1" w14:paraId="2C0B803F" w14:textId="77777777">
        <w:tc>
          <w:tcPr>
            <w:tcW w:w="10368" w:type="dxa"/>
            <w:tcBorders>
              <w:top w:val="single" w:sz="6" w:space="0" w:color="B97898"/>
              <w:left w:val="single" w:sz="6" w:space="0" w:color="B97898"/>
              <w:bottom w:val="single" w:sz="6" w:space="0" w:color="B97898"/>
              <w:right w:val="single" w:sz="6" w:space="0" w:color="B97898"/>
            </w:tcBorders>
            <w:shd w:val="clear" w:color="auto" w:fill="F7F2F6"/>
            <w:tcMar>
              <w:top w:w="120" w:type="dxa"/>
              <w:left w:w="140" w:type="dxa"/>
              <w:bottom w:w="120" w:type="dxa"/>
              <w:right w:w="140" w:type="dxa"/>
            </w:tcMar>
          </w:tcPr>
          <w:p w14:paraId="2C85D9A0" w14:textId="77777777" w:rsidR="008013A1" w:rsidRDefault="00000000">
            <w:r>
              <w:rPr>
                <w:b/>
                <w:color w:val="30264F"/>
                <w:sz w:val="21"/>
              </w:rPr>
              <w:t>How we use your information</w:t>
            </w:r>
            <w:r>
              <w:rPr>
                <w:b/>
                <w:color w:val="30264F"/>
                <w:sz w:val="21"/>
              </w:rPr>
              <w:br/>
            </w:r>
            <w:r>
              <w:rPr>
                <w:sz w:val="17"/>
              </w:rPr>
              <w:t>RiviaSphynx will use the personal information you provide on this form to assess and respond to your kitten enquiry, communicate with you about your enquiry, and, where appropriate, support the kitten matching and adoption process. We will keep your information confidential and take reasonable steps to keep it secure.</w:t>
            </w:r>
          </w:p>
          <w:p w14:paraId="25FAACCA" w14:textId="77777777" w:rsidR="008013A1" w:rsidRDefault="00000000">
            <w:r>
              <w:rPr>
                <w:b/>
                <w:color w:val="30264F"/>
                <w:sz w:val="17"/>
              </w:rPr>
              <w:t xml:space="preserve">Storage and retention. </w:t>
            </w:r>
            <w:r>
              <w:rPr>
                <w:sz w:val="17"/>
              </w:rPr>
              <w:t xml:space="preserve">Your information will be retained only for as long as reasonably necessary for the purposes for which it was collected, or where a longer period is required or permitted by law. We will periodically review the information we hold and securely delete </w:t>
            </w:r>
            <w:r>
              <w:rPr>
                <w:sz w:val="17"/>
              </w:rPr>
              <w:lastRenderedPageBreak/>
              <w:t>or anonymise information when it is no longer required.</w:t>
            </w:r>
          </w:p>
          <w:p w14:paraId="4539D2E6" w14:textId="77777777" w:rsidR="0066472A" w:rsidRDefault="00000000">
            <w:r>
              <w:rPr>
                <w:b/>
                <w:color w:val="30264F"/>
                <w:sz w:val="17"/>
              </w:rPr>
              <w:t xml:space="preserve">Sharing. </w:t>
            </w:r>
            <w:r>
              <w:rPr>
                <w:sz w:val="17"/>
              </w:rPr>
              <w:t>We will not sell or rent your personal information. It may be shared where necessary for the purposes described above, where you have asked us to do so, where you have given consent where consent is required, or where we are legally required or permitted to share it.</w:t>
            </w:r>
          </w:p>
          <w:p w14:paraId="15C119E7" w14:textId="37D6C469" w:rsidR="008013A1" w:rsidRDefault="00000000">
            <w:r>
              <w:rPr>
                <w:b/>
                <w:color w:val="30264F"/>
                <w:sz w:val="17"/>
              </w:rPr>
              <w:t xml:space="preserve">Data controller / contact: </w:t>
            </w:r>
            <w:r w:rsidR="0066472A">
              <w:rPr>
                <w:i/>
                <w:color w:val="B97898"/>
                <w:sz w:val="17"/>
              </w:rPr>
              <w:t>riviasphynx@gmail.com</w:t>
            </w:r>
          </w:p>
        </w:tc>
      </w:tr>
    </w:tbl>
    <w:p w14:paraId="5043B5BF" w14:textId="77777777" w:rsidR="008013A1" w:rsidRDefault="00000000">
      <w:pPr>
        <w:spacing w:before="100" w:after="60"/>
      </w:pPr>
      <w:sdt>
        <w:sdtPr>
          <w:alias w:val="I confirm that I have read and understood the RiviaSphynx Privacy Policy and the"/>
          <w:tag w:val="i_confirm_that_i_have_read_and_understoo"/>
          <w:id w:val="717790536"/>
          <w14:checkbox>
            <w14:checked w14:val="0"/>
            <w14:checkedState w14:val="2612" w14:font="MS Gothic"/>
            <w14:uncheckedState w14:val="2610" w14:font="MS Gothic"/>
          </w14:checkbox>
        </w:sdtPr>
        <w:sdtContent>
          <w:r>
            <w:t>☐</w:t>
          </w:r>
        </w:sdtContent>
      </w:sdt>
      <w:r>
        <w:rPr>
          <w:sz w:val="18"/>
        </w:rPr>
        <w:t xml:space="preserve"> I confirm that I have read and understood the RiviaSphynx Privacy Policy and the information above about how my personal information will be collected, used and stored in connection with my kitten enquiry.</w:t>
      </w:r>
    </w:p>
    <w:p w14:paraId="50A03774" w14:textId="77777777" w:rsidR="008013A1" w:rsidRDefault="00000000">
      <w:pPr>
        <w:pStyle w:val="SmallNote"/>
      </w:pPr>
      <w:r>
        <w:t>This acknowledgement confirms that you have been provided with privacy information; it is not intended to replace the lawful basis for processing your information.</w:t>
      </w:r>
    </w:p>
    <w:p w14:paraId="2D7C3987" w14:textId="77777777" w:rsidR="008013A1" w:rsidRDefault="00000000">
      <w:pPr>
        <w:pStyle w:val="SectionHeading"/>
      </w:pPr>
      <w:r>
        <w:t>6. FINAL CHECKS</w:t>
      </w:r>
    </w:p>
    <w:p w14:paraId="11B7C876" w14:textId="77777777" w:rsidR="008013A1" w:rsidRDefault="00000000">
      <w:sdt>
        <w:sdtPr>
          <w:alias w:val="I understand that completing this enquiry does not guarantee a kitten or reservation."/>
          <w:tag w:val="i_understand_that_completing_this_enquir"/>
          <w:id w:val="876605755"/>
          <w14:checkbox>
            <w14:checked w14:val="0"/>
            <w14:checkedState w14:val="2612" w14:font="MS Gothic"/>
            <w14:uncheckedState w14:val="2610" w14:font="MS Gothic"/>
          </w14:checkbox>
        </w:sdtPr>
        <w:sdtContent>
          <w:r>
            <w:t>☐</w:t>
          </w:r>
        </w:sdtContent>
      </w:sdt>
      <w:r>
        <w:rPr>
          <w:sz w:val="19"/>
        </w:rPr>
        <w:t xml:space="preserve"> I understand that completing this enquiry does not guarantee a kitten or reservation.</w:t>
      </w:r>
    </w:p>
    <w:p w14:paraId="5292173B" w14:textId="77777777" w:rsidR="008013A1" w:rsidRDefault="00000000">
      <w:sdt>
        <w:sdtPr>
          <w:alias w:val="I am prepared to provide lifelong care, appropriate veterinary treatment and a safe home."/>
          <w:tag w:val="i_am_prepared_to_provide_lifelong_care_a"/>
          <w:id w:val="1144000814"/>
          <w14:checkbox>
            <w14:checked w14:val="0"/>
            <w14:checkedState w14:val="2612" w14:font="MS Gothic"/>
            <w14:uncheckedState w14:val="2610" w14:font="MS Gothic"/>
          </w14:checkbox>
        </w:sdtPr>
        <w:sdtContent>
          <w:r>
            <w:t>☐</w:t>
          </w:r>
        </w:sdtContent>
      </w:sdt>
      <w:r>
        <w:rPr>
          <w:sz w:val="19"/>
        </w:rPr>
        <w:t xml:space="preserve"> I am prepared to provide lifelong care, appropriate veterinary treatment and a safe home.</w:t>
      </w:r>
    </w:p>
    <w:p w14:paraId="49920D65" w14:textId="77777777" w:rsidR="008013A1" w:rsidRDefault="00000000">
      <w:sdt>
        <w:sdtPr>
          <w:alias w:val="I understand that kitten suitability and placement are based on welfare and temperament, not preference alone."/>
          <w:tag w:val="i_understand_that_kitten_suitability_and"/>
          <w:id w:val="1501626866"/>
          <w14:checkbox>
            <w14:checked w14:val="0"/>
            <w14:checkedState w14:val="2612" w14:font="MS Gothic"/>
            <w14:uncheckedState w14:val="2610" w14:font="MS Gothic"/>
          </w14:checkbox>
        </w:sdtPr>
        <w:sdtContent>
          <w:r>
            <w:t>☐</w:t>
          </w:r>
        </w:sdtContent>
      </w:sdt>
      <w:r>
        <w:rPr>
          <w:sz w:val="19"/>
        </w:rPr>
        <w:t xml:space="preserve"> I understand that kitten suitability and placement are based on welfare and temperament, not preference alone.</w:t>
      </w:r>
    </w:p>
    <w:tbl>
      <w:tblPr>
        <w:tblW w:w="0" w:type="auto"/>
        <w:jc w:val="center"/>
        <w:tblLook w:val="04A0" w:firstRow="1" w:lastRow="0" w:firstColumn="1" w:lastColumn="0" w:noHBand="0" w:noVBand="1"/>
      </w:tblPr>
      <w:tblGrid>
        <w:gridCol w:w="100"/>
        <w:gridCol w:w="5041"/>
        <w:gridCol w:w="5187"/>
        <w:gridCol w:w="30"/>
      </w:tblGrid>
      <w:tr w:rsidR="008013A1" w14:paraId="76C8DC02" w14:textId="77777777" w:rsidTr="0066472A">
        <w:trPr>
          <w:gridAfter w:val="1"/>
          <w:wAfter w:w="30" w:type="dxa"/>
          <w:cantSplit/>
          <w:jc w:val="center"/>
        </w:trPr>
        <w:tc>
          <w:tcPr>
            <w:tcW w:w="5184" w:type="dxa"/>
            <w:gridSpan w:val="2"/>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0318C92A" w14:textId="77777777" w:rsidR="008013A1" w:rsidRDefault="00000000">
            <w:r>
              <w:rPr>
                <w:b/>
                <w:color w:val="30264F"/>
                <w:sz w:val="18"/>
              </w:rPr>
              <w:t>Name</w:t>
            </w:r>
            <w:r>
              <w:rPr>
                <w:b/>
                <w:color w:val="30264F"/>
                <w:sz w:val="18"/>
              </w:rPr>
              <w:br/>
            </w:r>
            <w:sdt>
              <w:sdtPr>
                <w:alias w:val="Your name"/>
                <w:tag w:val="your_name"/>
                <w:id w:val="112055649"/>
                <w:showingPlcHdr/>
                <w:text/>
              </w:sdtPr>
              <w:sdtContent>
                <w:r>
                  <w:rPr>
                    <w:color w:val="6B6670"/>
                  </w:rPr>
                  <w:t>Your name</w:t>
                </w:r>
              </w:sdtContent>
            </w:sdt>
          </w:p>
        </w:tc>
        <w:tc>
          <w:tcPr>
            <w:tcW w:w="5234" w:type="dxa"/>
            <w:tcBorders>
              <w:top w:val="single" w:sz="4" w:space="0" w:color="D9CED8"/>
              <w:left w:val="single" w:sz="4" w:space="0" w:color="D9CED8"/>
              <w:bottom w:val="single" w:sz="4" w:space="0" w:color="D9CED8"/>
              <w:right w:val="single" w:sz="4" w:space="0" w:color="D9CED8"/>
            </w:tcBorders>
            <w:tcMar>
              <w:top w:w="90" w:type="dxa"/>
              <w:left w:w="100" w:type="dxa"/>
              <w:bottom w:w="90" w:type="dxa"/>
              <w:right w:w="100" w:type="dxa"/>
            </w:tcMar>
          </w:tcPr>
          <w:p w14:paraId="68EA1231" w14:textId="77777777" w:rsidR="008013A1" w:rsidRDefault="00000000">
            <w:r>
              <w:rPr>
                <w:b/>
                <w:color w:val="30264F"/>
                <w:sz w:val="18"/>
              </w:rPr>
              <w:t>Date</w:t>
            </w:r>
            <w:r>
              <w:rPr>
                <w:b/>
                <w:color w:val="30264F"/>
                <w:sz w:val="18"/>
              </w:rPr>
              <w:br/>
            </w:r>
            <w:sdt>
              <w:sdtPr>
                <w:alias w:val="DD / MM / YYYY"/>
                <w:tag w:val="dd_mm_yyyy"/>
                <w:id w:val="870018756"/>
                <w:showingPlcHdr/>
                <w:text/>
              </w:sdtPr>
              <w:sdtContent>
                <w:r>
                  <w:rPr>
                    <w:color w:val="6B6670"/>
                  </w:rPr>
                  <w:t>DD / MM / YYYY</w:t>
                </w:r>
              </w:sdtContent>
            </w:sdt>
          </w:p>
        </w:tc>
      </w:tr>
      <w:tr w:rsidR="008013A1" w14:paraId="221839B4" w14:textId="77777777" w:rsidTr="0066472A">
        <w:tblPrEx>
          <w:jc w:val="left"/>
        </w:tblPrEx>
        <w:trPr>
          <w:gridBefore w:val="1"/>
          <w:wBefore w:w="100" w:type="dxa"/>
          <w:cantSplit/>
        </w:trPr>
        <w:tc>
          <w:tcPr>
            <w:tcW w:w="10348" w:type="dxa"/>
            <w:gridSpan w:val="3"/>
            <w:tcBorders>
              <w:top w:val="single" w:sz="6" w:space="0" w:color="B97898"/>
              <w:left w:val="single" w:sz="6" w:space="0" w:color="B97898"/>
              <w:bottom w:val="single" w:sz="6" w:space="0" w:color="B97898"/>
              <w:right w:val="single" w:sz="6" w:space="0" w:color="B97898"/>
            </w:tcBorders>
            <w:shd w:val="clear" w:color="auto" w:fill="F7F2F6"/>
            <w:tcMar>
              <w:top w:w="130" w:type="dxa"/>
              <w:left w:w="150" w:type="dxa"/>
              <w:bottom w:w="130" w:type="dxa"/>
              <w:right w:w="150" w:type="dxa"/>
            </w:tcMar>
          </w:tcPr>
          <w:p w14:paraId="12AD3363" w14:textId="5925D43C" w:rsidR="008013A1" w:rsidRDefault="00000000" w:rsidP="0066472A">
            <w:pPr>
              <w:jc w:val="center"/>
            </w:pPr>
            <w:r>
              <w:rPr>
                <w:b/>
                <w:color w:val="30264F"/>
              </w:rPr>
              <w:t>NEXT STEP</w:t>
            </w:r>
          </w:p>
          <w:p w14:paraId="19991DC8" w14:textId="6DD6D507" w:rsidR="008013A1" w:rsidRDefault="0066472A">
            <w:pPr>
              <w:jc w:val="center"/>
            </w:pPr>
            <w:r>
              <w:rPr>
                <w:color w:val="6B6670"/>
                <w:sz w:val="17"/>
              </w:rPr>
              <w:t xml:space="preserve">Please save your completed form and return it to </w:t>
            </w:r>
            <w:hyperlink r:id="rId8" w:history="1">
              <w:r w:rsidRPr="001E54F6">
                <w:rPr>
                  <w:rStyle w:val="Hyperlink"/>
                  <w:sz w:val="17"/>
                </w:rPr>
                <w:t>riviasphynx@gmail.com</w:t>
              </w:r>
            </w:hyperlink>
            <w:r>
              <w:rPr>
                <w:color w:val="6B6670"/>
                <w:sz w:val="17"/>
              </w:rPr>
              <w:t xml:space="preserve"> and thank you for your enquiry.</w:t>
            </w:r>
          </w:p>
        </w:tc>
      </w:tr>
    </w:tbl>
    <w:p w14:paraId="166A8323" w14:textId="77777777" w:rsidR="00962EDC" w:rsidRDefault="00962EDC"/>
    <w:sectPr w:rsidR="00962EDC" w:rsidSect="0066472A">
      <w:headerReference w:type="default" r:id="rId9"/>
      <w:footerReference w:type="default" r:id="rId10"/>
      <w:headerReference w:type="first" r:id="rId11"/>
      <w:pgSz w:w="12240" w:h="15840"/>
      <w:pgMar w:top="792" w:right="936" w:bottom="792" w:left="936"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7BDF" w14:textId="77777777" w:rsidR="00962EDC" w:rsidRDefault="00962EDC">
      <w:pPr>
        <w:spacing w:after="0" w:line="240" w:lineRule="auto"/>
      </w:pPr>
      <w:r>
        <w:separator/>
      </w:r>
    </w:p>
  </w:endnote>
  <w:endnote w:type="continuationSeparator" w:id="0">
    <w:p w14:paraId="00168BD6" w14:textId="77777777" w:rsidR="00962EDC" w:rsidRDefault="0096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A3F6" w14:textId="77777777" w:rsidR="008013A1" w:rsidRDefault="00000000">
    <w:pPr>
      <w:pStyle w:val="Footer"/>
      <w:jc w:val="center"/>
    </w:pPr>
    <w:r>
      <w:rPr>
        <w:color w:val="6B6670"/>
        <w:sz w:val="16"/>
      </w:rPr>
      <w:t>RiviaSphynx  •  Kitten Enquiry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DD2D2" w14:textId="77777777" w:rsidR="00962EDC" w:rsidRDefault="00962EDC">
      <w:pPr>
        <w:spacing w:after="0" w:line="240" w:lineRule="auto"/>
      </w:pPr>
      <w:r>
        <w:separator/>
      </w:r>
    </w:p>
  </w:footnote>
  <w:footnote w:type="continuationSeparator" w:id="0">
    <w:p w14:paraId="7574F166" w14:textId="77777777" w:rsidR="00962EDC" w:rsidRDefault="00962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87C4" w14:textId="364DAF4B" w:rsidR="008013A1" w:rsidRDefault="008013A1">
    <w:pPr>
      <w:pStyle w:val="Header"/>
      <w:spacing w:after="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EDFD" w14:textId="5BD1CC47" w:rsidR="0066472A" w:rsidRDefault="0066472A" w:rsidP="0066472A">
    <w:pPr>
      <w:pStyle w:val="Header"/>
      <w:jc w:val="center"/>
    </w:pPr>
    <w:r>
      <w:rPr>
        <w:noProof/>
      </w:rPr>
      <w:drawing>
        <wp:inline distT="0" distB="0" distL="0" distR="0" wp14:anchorId="1A969E6E" wp14:editId="6E065115">
          <wp:extent cx="1190625" cy="1190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44f4c-fcfc-417c-aa52-c5113b197a56(1).png"/>
                  <pic:cNvPicPr/>
                </pic:nvPicPr>
                <pic:blipFill>
                  <a:blip r:embed="rId1"/>
                  <a:stretch>
                    <a:fillRect/>
                  </a:stretch>
                </pic:blipFill>
                <pic:spPr>
                  <a:xfrm>
                    <a:off x="0" y="0"/>
                    <a:ext cx="1190625"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9819786">
    <w:abstractNumId w:val="8"/>
  </w:num>
  <w:num w:numId="2" w16cid:durableId="961612354">
    <w:abstractNumId w:val="6"/>
  </w:num>
  <w:num w:numId="3" w16cid:durableId="1573195718">
    <w:abstractNumId w:val="5"/>
  </w:num>
  <w:num w:numId="4" w16cid:durableId="1253704170">
    <w:abstractNumId w:val="4"/>
  </w:num>
  <w:num w:numId="5" w16cid:durableId="1323510785">
    <w:abstractNumId w:val="7"/>
  </w:num>
  <w:num w:numId="6" w16cid:durableId="235012643">
    <w:abstractNumId w:val="3"/>
  </w:num>
  <w:num w:numId="7" w16cid:durableId="308482221">
    <w:abstractNumId w:val="2"/>
  </w:num>
  <w:num w:numId="8" w16cid:durableId="250702171">
    <w:abstractNumId w:val="1"/>
  </w:num>
  <w:num w:numId="9" w16cid:durableId="87249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6472A"/>
    <w:rsid w:val="008013A1"/>
    <w:rsid w:val="00962EDC"/>
    <w:rsid w:val="00AA1D8D"/>
    <w:rsid w:val="00B47730"/>
    <w:rsid w:val="00CB0664"/>
    <w:rsid w:val="00E276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3666A6"/>
  <w14:defaultImageDpi w14:val="300"/>
  <w15:docId w15:val="{CDCD73B4-B2AD-4248-BADF-9E2743BA3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332E38"/>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spacing w:before="160" w:after="100"/>
    </w:pPr>
    <w:rPr>
      <w:rFonts w:ascii="Aptos Display" w:hAnsi="Aptos Display"/>
      <w:b/>
      <w:color w:val="30264F"/>
      <w:sz w:val="26"/>
    </w:rPr>
  </w:style>
  <w:style w:type="paragraph" w:customStyle="1" w:styleId="SmallNote">
    <w:name w:val="Small Note"/>
    <w:rPr>
      <w:rFonts w:ascii="Aptos" w:hAnsi="Aptos"/>
      <w:i/>
      <w:color w:val="6B6670"/>
      <w:sz w:val="17"/>
    </w:rPr>
  </w:style>
  <w:style w:type="character" w:styleId="Hyperlink">
    <w:name w:val="Hyperlink"/>
    <w:basedOn w:val="DefaultParagraphFont"/>
    <w:uiPriority w:val="99"/>
    <w:unhideWhenUsed/>
    <w:rsid w:val="00664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viasphynx@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RiviaSphynx Kitten Enquiry Form – GDPR &amp; Privacy</dc:title>
  <dc:subject>Fillable kitten enquiry form for RiviaSphynx</dc:subject>
  <dc:creator>RiviaSphynx</dc:creator>
  <cp:keywords/>
  <dc:description>generated by python-docx</dc:description>
  <cp:lastModifiedBy>Jacqueline Aindow</cp:lastModifiedBy>
  <cp:revision>2</cp:revision>
  <dcterms:created xsi:type="dcterms:W3CDTF">2026-08-22T08:47:00Z</dcterms:created>
  <dcterms:modified xsi:type="dcterms:W3CDTF">2026-08-22T08:47:00Z</dcterms:modified>
  <cp:category/>
</cp:coreProperties>
</file>